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D07E" w14:textId="77777777" w:rsidR="00CC2853" w:rsidRPr="007D7443" w:rsidRDefault="00000000" w:rsidP="00F4436D">
      <w:pPr>
        <w:spacing w:after="0"/>
        <w:jc w:val="center"/>
      </w:pPr>
      <w:r w:rsidRPr="007D7443">
        <w:rPr>
          <w:b/>
          <w:sz w:val="34"/>
        </w:rPr>
        <w:t>WPŁATY ZA WRZESIEŃ 2026 r.</w:t>
      </w:r>
    </w:p>
    <w:p w14:paraId="24B011FF" w14:textId="77777777" w:rsidR="00CC2853" w:rsidRPr="007D7443" w:rsidRDefault="00000000">
      <w:pPr>
        <w:spacing w:after="0"/>
        <w:jc w:val="center"/>
      </w:pPr>
      <w:r w:rsidRPr="007D7443">
        <w:rPr>
          <w:b/>
          <w:sz w:val="25"/>
        </w:rPr>
        <w:t>DK SMAKU</w:t>
      </w:r>
    </w:p>
    <w:p w14:paraId="11AF1B29" w14:textId="77777777" w:rsidR="00CC2853" w:rsidRPr="007D7443" w:rsidRDefault="00000000">
      <w:pPr>
        <w:spacing w:after="110"/>
        <w:jc w:val="center"/>
      </w:pPr>
      <w:r w:rsidRPr="007D7443">
        <w:rPr>
          <w:sz w:val="20"/>
        </w:rPr>
        <w:t>tel. 798 813 356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CC2853" w:rsidRPr="007D7443" w14:paraId="0EDB71BE" w14:textId="77777777">
        <w:trPr>
          <w:jc w:val="center"/>
        </w:trPr>
        <w:tc>
          <w:tcPr>
            <w:tcW w:w="10426" w:type="dxa"/>
            <w:shd w:val="clear" w:color="auto" w:fill="EFEFEF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05B1BE3A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23"/>
              </w:rPr>
              <w:t>WAŻNE: WE WRZEŚNIU 2026 r. WPŁATY ZA OBIADY PRZYJMUJEMY WYŁĄCZNIE GOTÓWKĄ WRAZ Z OBOWIĄZKOWO WYPEŁNIONĄ KARTĄ ZGŁOSZENIA NA OBIADY.</w:t>
            </w:r>
          </w:p>
        </w:tc>
      </w:tr>
    </w:tbl>
    <w:p w14:paraId="13A7421E" w14:textId="77777777" w:rsidR="00CC2853" w:rsidRPr="007D7443" w:rsidRDefault="00CC2853">
      <w:pPr>
        <w:spacing w:after="0"/>
      </w:pPr>
    </w:p>
    <w:p w14:paraId="12A0464D" w14:textId="77777777" w:rsidR="00CC2853" w:rsidRPr="007D7443" w:rsidRDefault="00000000" w:rsidP="00F4436D">
      <w:pPr>
        <w:spacing w:after="50"/>
        <w:jc w:val="center"/>
      </w:pPr>
      <w:r w:rsidRPr="007D7443">
        <w:rPr>
          <w:sz w:val="20"/>
        </w:rPr>
        <w:t>Ze względu na aktualizację bazy danych w systemie LOCA na rok szkolny 2026/2027, we wrześniu wpłaty za obiady przyjmujemy wyłącznie gotówką.</w:t>
      </w:r>
    </w:p>
    <w:p w14:paraId="5F840861" w14:textId="77777777" w:rsidR="00F4436D" w:rsidRPr="007D7443" w:rsidRDefault="00F4436D">
      <w:pPr>
        <w:spacing w:after="50"/>
        <w:jc w:val="center"/>
        <w:rPr>
          <w:b/>
          <w:sz w:val="20"/>
        </w:rPr>
      </w:pPr>
    </w:p>
    <w:p w14:paraId="3D25626B" w14:textId="22906326" w:rsidR="00CC2853" w:rsidRPr="007D7443" w:rsidRDefault="00000000" w:rsidP="00F4436D">
      <w:pPr>
        <w:spacing w:after="50"/>
        <w:jc w:val="center"/>
      </w:pPr>
      <w:r w:rsidRPr="007D7443">
        <w:rPr>
          <w:b/>
          <w:sz w:val="20"/>
        </w:rPr>
        <w:t xml:space="preserve">Złożenie Karty Zgłoszenia jest jednoznaczne z zapisem dziecka na obiady w roku szkolnym 2026/2027 oraz akceptacją </w:t>
      </w:r>
      <w:r w:rsidR="00F4436D" w:rsidRPr="007D7443">
        <w:rPr>
          <w:b/>
          <w:sz w:val="20"/>
        </w:rPr>
        <w:br/>
      </w:r>
      <w:r w:rsidRPr="007D7443">
        <w:rPr>
          <w:b/>
          <w:sz w:val="20"/>
        </w:rPr>
        <w:t>Regulaminu DK Smaku.</w:t>
      </w:r>
      <w:r w:rsidR="00F4436D" w:rsidRPr="007D7443">
        <w:rPr>
          <w:b/>
          <w:sz w:val="20"/>
        </w:rPr>
        <w:br/>
      </w:r>
      <w:r w:rsidRPr="007D7443">
        <w:rPr>
          <w:b/>
          <w:sz w:val="20"/>
        </w:rPr>
        <w:t>Bez dostarczenia wypełnionej Karty Zgłoszenia oraz dokonania opłaty posiłek nie zostanie wydany.</w:t>
      </w:r>
      <w:r w:rsidR="00F4436D" w:rsidRPr="007D7443">
        <w:rPr>
          <w:b/>
          <w:sz w:val="20"/>
        </w:rPr>
        <w:br/>
      </w:r>
    </w:p>
    <w:p w14:paraId="5E3D7FA1" w14:textId="77777777" w:rsidR="00CC2853" w:rsidRPr="007D7443" w:rsidRDefault="00000000" w:rsidP="00F4436D">
      <w:pPr>
        <w:spacing w:after="0"/>
        <w:jc w:val="center"/>
      </w:pPr>
      <w:r w:rsidRPr="007D7443">
        <w:rPr>
          <w:sz w:val="20"/>
        </w:rPr>
        <w:t>Płatności Przelewy24 zostaną uruchomione po zaktualizowaniu danych dziecka w systemie LOCA na rok szkolny 2026/2027.</w:t>
      </w:r>
    </w:p>
    <w:p w14:paraId="78563EBE" w14:textId="183877EF" w:rsidR="00CC2853" w:rsidRPr="007D7443" w:rsidRDefault="00000000" w:rsidP="00F4436D">
      <w:pPr>
        <w:spacing w:after="90"/>
        <w:jc w:val="center"/>
      </w:pPr>
      <w:r w:rsidRPr="007D7443">
        <w:rPr>
          <w:b/>
          <w:sz w:val="20"/>
        </w:rPr>
        <w:t>Portal Rodzica: https://krakowdksmaku.loca.pl/</w:t>
      </w:r>
      <w:r w:rsidR="00F4436D" w:rsidRPr="007D7443">
        <w:rPr>
          <w:b/>
          <w:sz w:val="20"/>
        </w:rPr>
        <w:br/>
      </w:r>
    </w:p>
    <w:p w14:paraId="1FB1F783" w14:textId="495DB81B" w:rsidR="00CC2853" w:rsidRPr="007D7443" w:rsidRDefault="00000000" w:rsidP="00F4436D">
      <w:pPr>
        <w:spacing w:after="90"/>
        <w:jc w:val="center"/>
      </w:pPr>
      <w:r w:rsidRPr="007D7443">
        <w:rPr>
          <w:sz w:val="20"/>
        </w:rPr>
        <w:t>Zeszłoroczne karty obiadowe nadal są przypisane do danego dziecka. Prosimy, aby dzieci przyniosły je na obiady od dnia 02.09.2026 r. Dzieci, które nie posiadają karty, prosimy o jej zakup w cenie 20,00 zł. Na przerwach uczniowie bez kart będą obsługiwani po dzieciach posiadających kartę.</w:t>
      </w:r>
      <w:r w:rsidR="00F4436D" w:rsidRPr="007D7443">
        <w:rPr>
          <w:sz w:val="20"/>
        </w:rPr>
        <w:br/>
      </w:r>
    </w:p>
    <w:p w14:paraId="09711311" w14:textId="2B6CCB10" w:rsidR="00CC2853" w:rsidRPr="007D7443" w:rsidRDefault="00000000">
      <w:pPr>
        <w:spacing w:after="110"/>
        <w:jc w:val="center"/>
      </w:pPr>
      <w:r w:rsidRPr="007D7443">
        <w:rPr>
          <w:b/>
          <w:sz w:val="20"/>
        </w:rPr>
        <w:t>OBIADY BĘDĄ WYDAWANE OD 02.09.2026 r. WYŁĄCZNIE DZIECIOM ZAPISANYM NA OBIADY.</w:t>
      </w:r>
      <w:r w:rsidR="00F4436D" w:rsidRPr="007D7443">
        <w:rPr>
          <w:b/>
          <w:sz w:val="20"/>
        </w:rPr>
        <w:br/>
      </w:r>
    </w:p>
    <w:p w14:paraId="51F528AC" w14:textId="77777777" w:rsidR="00CC2853" w:rsidRPr="007D7443" w:rsidRDefault="00000000">
      <w:pPr>
        <w:spacing w:after="30"/>
      </w:pPr>
      <w:r w:rsidRPr="007D7443">
        <w:rPr>
          <w:b/>
          <w:sz w:val="24"/>
        </w:rPr>
        <w:t>TERMINY WPŁAT GOTÓWKOWYCH</w:t>
      </w:r>
    </w:p>
    <w:p w14:paraId="452642D9" w14:textId="77777777" w:rsidR="00CC2853" w:rsidRPr="007D7443" w:rsidRDefault="00000000">
      <w:pPr>
        <w:spacing w:after="50"/>
      </w:pPr>
      <w:r w:rsidRPr="007D7443">
        <w:rPr>
          <w:i/>
          <w:sz w:val="18"/>
        </w:rPr>
        <w:t>(przy wejściu do kuchni od strony parkingu)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CC2853" w:rsidRPr="007D7443" w14:paraId="2F5CC500" w14:textId="77777777">
        <w:trPr>
          <w:jc w:val="center"/>
        </w:trPr>
        <w:tc>
          <w:tcPr>
            <w:tcW w:w="5213" w:type="dxa"/>
            <w:shd w:val="clear" w:color="auto" w:fill="E7E7E7"/>
          </w:tcPr>
          <w:p w14:paraId="67DF5C0A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9"/>
              </w:rPr>
              <w:t>Termin</w:t>
            </w:r>
          </w:p>
        </w:tc>
        <w:tc>
          <w:tcPr>
            <w:tcW w:w="5213" w:type="dxa"/>
            <w:shd w:val="clear" w:color="auto" w:fill="E7E7E7"/>
          </w:tcPr>
          <w:p w14:paraId="7EDAEA55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9"/>
              </w:rPr>
              <w:t>Godziny</w:t>
            </w:r>
          </w:p>
        </w:tc>
      </w:tr>
      <w:tr w:rsidR="00CC2853" w:rsidRPr="007D7443" w14:paraId="13ADF2D0" w14:textId="77777777">
        <w:trPr>
          <w:jc w:val="center"/>
        </w:trPr>
        <w:tc>
          <w:tcPr>
            <w:tcW w:w="5213" w:type="dxa"/>
            <w:tcMar>
              <w:top w:w="95" w:type="dxa"/>
              <w:left w:w="85" w:type="dxa"/>
              <w:bottom w:w="95" w:type="dxa"/>
              <w:right w:w="85" w:type="dxa"/>
            </w:tcMar>
            <w:vAlign w:val="center"/>
          </w:tcPr>
          <w:p w14:paraId="14FE703D" w14:textId="77777777" w:rsidR="00CC2853" w:rsidRPr="007D7443" w:rsidRDefault="00000000">
            <w:pPr>
              <w:jc w:val="center"/>
            </w:pPr>
            <w:r w:rsidRPr="007D7443">
              <w:rPr>
                <w:sz w:val="19"/>
              </w:rPr>
              <w:t>26-28.08.2026</w:t>
            </w:r>
          </w:p>
        </w:tc>
        <w:tc>
          <w:tcPr>
            <w:tcW w:w="5213" w:type="dxa"/>
            <w:tcMar>
              <w:top w:w="95" w:type="dxa"/>
              <w:left w:w="85" w:type="dxa"/>
              <w:bottom w:w="95" w:type="dxa"/>
              <w:right w:w="85" w:type="dxa"/>
            </w:tcMar>
            <w:vAlign w:val="center"/>
          </w:tcPr>
          <w:p w14:paraId="00248278" w14:textId="77777777" w:rsidR="00CC2853" w:rsidRPr="007D7443" w:rsidRDefault="00000000">
            <w:pPr>
              <w:jc w:val="center"/>
            </w:pPr>
            <w:r w:rsidRPr="007D7443">
              <w:rPr>
                <w:sz w:val="19"/>
              </w:rPr>
              <w:t>08:00-14:00</w:t>
            </w:r>
          </w:p>
        </w:tc>
      </w:tr>
      <w:tr w:rsidR="00CC2853" w:rsidRPr="007D7443" w14:paraId="3766C284" w14:textId="77777777">
        <w:trPr>
          <w:jc w:val="center"/>
        </w:trPr>
        <w:tc>
          <w:tcPr>
            <w:tcW w:w="5213" w:type="dxa"/>
            <w:tcMar>
              <w:top w:w="95" w:type="dxa"/>
              <w:left w:w="85" w:type="dxa"/>
              <w:bottom w:w="95" w:type="dxa"/>
              <w:right w:w="85" w:type="dxa"/>
            </w:tcMar>
            <w:vAlign w:val="center"/>
          </w:tcPr>
          <w:p w14:paraId="1348D867" w14:textId="77777777" w:rsidR="00CC2853" w:rsidRPr="007D7443" w:rsidRDefault="00000000">
            <w:pPr>
              <w:jc w:val="center"/>
            </w:pPr>
            <w:r w:rsidRPr="007D7443">
              <w:rPr>
                <w:sz w:val="19"/>
              </w:rPr>
              <w:t>31.08.2026</w:t>
            </w:r>
          </w:p>
        </w:tc>
        <w:tc>
          <w:tcPr>
            <w:tcW w:w="5213" w:type="dxa"/>
            <w:tcMar>
              <w:top w:w="95" w:type="dxa"/>
              <w:left w:w="85" w:type="dxa"/>
              <w:bottom w:w="95" w:type="dxa"/>
              <w:right w:w="85" w:type="dxa"/>
            </w:tcMar>
            <w:vAlign w:val="center"/>
          </w:tcPr>
          <w:p w14:paraId="6CA2AA28" w14:textId="77777777" w:rsidR="00CC2853" w:rsidRPr="007D7443" w:rsidRDefault="00000000">
            <w:pPr>
              <w:jc w:val="center"/>
            </w:pPr>
            <w:r w:rsidRPr="007D7443">
              <w:rPr>
                <w:sz w:val="19"/>
              </w:rPr>
              <w:t>12:00-17:00</w:t>
            </w:r>
          </w:p>
        </w:tc>
      </w:tr>
      <w:tr w:rsidR="00CC2853" w:rsidRPr="007D7443" w14:paraId="269BEAB6" w14:textId="77777777">
        <w:trPr>
          <w:jc w:val="center"/>
        </w:trPr>
        <w:tc>
          <w:tcPr>
            <w:tcW w:w="5213" w:type="dxa"/>
            <w:tcMar>
              <w:top w:w="95" w:type="dxa"/>
              <w:left w:w="85" w:type="dxa"/>
              <w:bottom w:w="95" w:type="dxa"/>
              <w:right w:w="85" w:type="dxa"/>
            </w:tcMar>
            <w:vAlign w:val="center"/>
          </w:tcPr>
          <w:p w14:paraId="7C4102EA" w14:textId="77777777" w:rsidR="00CC2853" w:rsidRPr="007D7443" w:rsidRDefault="00000000">
            <w:pPr>
              <w:jc w:val="center"/>
            </w:pPr>
            <w:r w:rsidRPr="007D7443">
              <w:rPr>
                <w:sz w:val="19"/>
              </w:rPr>
              <w:t>01.09.2026</w:t>
            </w:r>
          </w:p>
        </w:tc>
        <w:tc>
          <w:tcPr>
            <w:tcW w:w="5213" w:type="dxa"/>
            <w:tcMar>
              <w:top w:w="95" w:type="dxa"/>
              <w:left w:w="85" w:type="dxa"/>
              <w:bottom w:w="95" w:type="dxa"/>
              <w:right w:w="85" w:type="dxa"/>
            </w:tcMar>
            <w:vAlign w:val="center"/>
          </w:tcPr>
          <w:p w14:paraId="6519B75A" w14:textId="77777777" w:rsidR="00CC2853" w:rsidRPr="007D7443" w:rsidRDefault="00000000">
            <w:pPr>
              <w:jc w:val="center"/>
            </w:pPr>
            <w:r w:rsidRPr="007D7443">
              <w:rPr>
                <w:sz w:val="19"/>
              </w:rPr>
              <w:t>07:00-14:00</w:t>
            </w:r>
          </w:p>
        </w:tc>
      </w:tr>
    </w:tbl>
    <w:p w14:paraId="46881AFD" w14:textId="77777777" w:rsidR="00CC2853" w:rsidRPr="007D7443" w:rsidRDefault="00CC2853">
      <w:pPr>
        <w:spacing w:after="0"/>
      </w:pPr>
    </w:p>
    <w:p w14:paraId="6E8031B3" w14:textId="77777777" w:rsidR="00CC2853" w:rsidRPr="007D7443" w:rsidRDefault="00000000">
      <w:pPr>
        <w:spacing w:after="0"/>
      </w:pPr>
      <w:r w:rsidRPr="007D7443">
        <w:rPr>
          <w:b/>
          <w:sz w:val="24"/>
        </w:rPr>
        <w:t>OPŁATA W ABONAMENCIE - OD 02.09.2026 r.</w:t>
      </w:r>
    </w:p>
    <w:p w14:paraId="46FF9F68" w14:textId="77777777" w:rsidR="00CC2853" w:rsidRPr="007D7443" w:rsidRDefault="00000000">
      <w:pPr>
        <w:spacing w:after="50"/>
      </w:pPr>
      <w:r w:rsidRPr="007D7443">
        <w:rPr>
          <w:i/>
          <w:sz w:val="18"/>
        </w:rPr>
        <w:t>Wrzesień: 21 dni obiadowych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CC2853" w:rsidRPr="007D7443" w14:paraId="54749ACE" w14:textId="77777777">
        <w:trPr>
          <w:jc w:val="center"/>
        </w:trPr>
        <w:tc>
          <w:tcPr>
            <w:tcW w:w="3475" w:type="dxa"/>
            <w:shd w:val="clear" w:color="auto" w:fill="E7E7E7"/>
          </w:tcPr>
          <w:p w14:paraId="57932A87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Rodzaj posiłku</w:t>
            </w:r>
          </w:p>
        </w:tc>
        <w:tc>
          <w:tcPr>
            <w:tcW w:w="3475" w:type="dxa"/>
            <w:shd w:val="clear" w:color="auto" w:fill="E7E7E7"/>
          </w:tcPr>
          <w:p w14:paraId="43D35D67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Wyliczenie</w:t>
            </w:r>
          </w:p>
        </w:tc>
        <w:tc>
          <w:tcPr>
            <w:tcW w:w="3475" w:type="dxa"/>
            <w:shd w:val="clear" w:color="auto" w:fill="E7E7E7"/>
          </w:tcPr>
          <w:p w14:paraId="1EB30286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Kwota</w:t>
            </w:r>
          </w:p>
        </w:tc>
      </w:tr>
      <w:tr w:rsidR="00CC2853" w:rsidRPr="007D7443" w14:paraId="118571C2" w14:textId="77777777">
        <w:trPr>
          <w:jc w:val="center"/>
        </w:trPr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1863BFA8" w14:textId="77777777" w:rsidR="00CC2853" w:rsidRPr="007D7443" w:rsidRDefault="00000000">
            <w:r w:rsidRPr="007D7443">
              <w:rPr>
                <w:sz w:val="18"/>
              </w:rPr>
              <w:t>Dzieci SP I-III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45BC5C4F" w14:textId="77777777" w:rsidR="00CC2853" w:rsidRPr="007D7443" w:rsidRDefault="00000000">
            <w:pPr>
              <w:jc w:val="center"/>
            </w:pPr>
            <w:r w:rsidRPr="007D7443">
              <w:rPr>
                <w:sz w:val="18"/>
              </w:rPr>
              <w:t>21 x 17,00 zł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662E1917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357,00 zł</w:t>
            </w:r>
          </w:p>
        </w:tc>
      </w:tr>
      <w:tr w:rsidR="00CC2853" w:rsidRPr="007D7443" w14:paraId="406DB311" w14:textId="77777777">
        <w:trPr>
          <w:jc w:val="center"/>
        </w:trPr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4769D041" w14:textId="77777777" w:rsidR="00CC2853" w:rsidRPr="007D7443" w:rsidRDefault="00000000">
            <w:r w:rsidRPr="007D7443">
              <w:rPr>
                <w:sz w:val="18"/>
              </w:rPr>
              <w:t>Dzieci SP IV-VIII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416730F8" w14:textId="77777777" w:rsidR="00CC2853" w:rsidRPr="007D7443" w:rsidRDefault="00000000">
            <w:pPr>
              <w:jc w:val="center"/>
            </w:pPr>
            <w:r w:rsidRPr="007D7443">
              <w:rPr>
                <w:sz w:val="18"/>
              </w:rPr>
              <w:t>21 x 18,00 zł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2ECE6E64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378,00 zł</w:t>
            </w:r>
          </w:p>
        </w:tc>
      </w:tr>
      <w:tr w:rsidR="00CC2853" w:rsidRPr="007D7443" w14:paraId="5D837630" w14:textId="77777777">
        <w:trPr>
          <w:jc w:val="center"/>
        </w:trPr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4B7B6A9E" w14:textId="77777777" w:rsidR="00CC2853" w:rsidRPr="007D7443" w:rsidRDefault="00000000">
            <w:r w:rsidRPr="007D7443">
              <w:rPr>
                <w:sz w:val="18"/>
              </w:rPr>
              <w:t>Obiad dla sportowców i MOPS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58B60843" w14:textId="77777777" w:rsidR="00CC2853" w:rsidRPr="007D7443" w:rsidRDefault="00000000">
            <w:pPr>
              <w:jc w:val="center"/>
            </w:pPr>
            <w:r w:rsidRPr="007D7443">
              <w:rPr>
                <w:sz w:val="18"/>
              </w:rPr>
              <w:t>21 x 20,00 zł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5A67DC83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420,00 zł</w:t>
            </w:r>
          </w:p>
        </w:tc>
      </w:tr>
      <w:tr w:rsidR="00CC2853" w:rsidRPr="007D7443" w14:paraId="65BEBD45" w14:textId="77777777">
        <w:trPr>
          <w:jc w:val="center"/>
        </w:trPr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1759FF29" w14:textId="77777777" w:rsidR="00CC2853" w:rsidRPr="007D7443" w:rsidRDefault="00000000">
            <w:r w:rsidRPr="007D7443">
              <w:rPr>
                <w:sz w:val="18"/>
              </w:rPr>
              <w:t>Duży obiad I-III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729E74B3" w14:textId="77777777" w:rsidR="00CC2853" w:rsidRPr="007D7443" w:rsidRDefault="00000000">
            <w:pPr>
              <w:jc w:val="center"/>
            </w:pPr>
            <w:r w:rsidRPr="007D7443">
              <w:rPr>
                <w:sz w:val="18"/>
              </w:rPr>
              <w:t>21 x 18,00 zł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43EFE8B2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378,00 zł</w:t>
            </w:r>
          </w:p>
        </w:tc>
      </w:tr>
      <w:tr w:rsidR="00CC2853" w:rsidRPr="007D7443" w14:paraId="2A4F4E26" w14:textId="77777777">
        <w:trPr>
          <w:jc w:val="center"/>
        </w:trPr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616FDA47" w14:textId="77777777" w:rsidR="00CC2853" w:rsidRPr="007D7443" w:rsidRDefault="00000000">
            <w:r w:rsidRPr="007D7443">
              <w:rPr>
                <w:sz w:val="18"/>
              </w:rPr>
              <w:t>Zupy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1B15CA4F" w14:textId="77777777" w:rsidR="00CC2853" w:rsidRPr="007D7443" w:rsidRDefault="00000000">
            <w:pPr>
              <w:jc w:val="center"/>
            </w:pPr>
            <w:r w:rsidRPr="007D7443">
              <w:rPr>
                <w:sz w:val="18"/>
              </w:rPr>
              <w:t>21 x 10,00 zł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2DFEFD7C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210,00 zł</w:t>
            </w:r>
          </w:p>
        </w:tc>
      </w:tr>
      <w:tr w:rsidR="00CC2853" w:rsidRPr="007D7443" w14:paraId="6FAA060D" w14:textId="77777777">
        <w:trPr>
          <w:jc w:val="center"/>
        </w:trPr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3F75C1F3" w14:textId="77777777" w:rsidR="00CC2853" w:rsidRPr="007D7443" w:rsidRDefault="00000000">
            <w:r w:rsidRPr="007D7443">
              <w:rPr>
                <w:sz w:val="18"/>
              </w:rPr>
              <w:t>II dania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239E5F52" w14:textId="77777777" w:rsidR="00CC2853" w:rsidRPr="007D7443" w:rsidRDefault="00000000">
            <w:pPr>
              <w:jc w:val="center"/>
            </w:pPr>
            <w:r w:rsidRPr="007D7443">
              <w:rPr>
                <w:sz w:val="18"/>
              </w:rPr>
              <w:t>21 x 15,00 zł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0DBB90AD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315,00 zł</w:t>
            </w:r>
          </w:p>
        </w:tc>
      </w:tr>
      <w:tr w:rsidR="00CC2853" w:rsidRPr="007D7443" w14:paraId="27D6E078" w14:textId="77777777">
        <w:trPr>
          <w:jc w:val="center"/>
        </w:trPr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68B70C51" w14:textId="77777777" w:rsidR="00CC2853" w:rsidRPr="007D7443" w:rsidRDefault="00000000">
            <w:r w:rsidRPr="007D7443">
              <w:rPr>
                <w:sz w:val="18"/>
              </w:rPr>
              <w:t>Dorośli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51607955" w14:textId="5ED4F87D" w:rsidR="00CC2853" w:rsidRPr="007D7443" w:rsidRDefault="00000000">
            <w:pPr>
              <w:jc w:val="center"/>
            </w:pPr>
            <w:r w:rsidRPr="007D7443">
              <w:rPr>
                <w:sz w:val="18"/>
              </w:rPr>
              <w:t>21 x 2</w:t>
            </w:r>
            <w:r w:rsidR="007D7443">
              <w:rPr>
                <w:sz w:val="18"/>
              </w:rPr>
              <w:t>5</w:t>
            </w:r>
            <w:r w:rsidRPr="007D7443">
              <w:rPr>
                <w:sz w:val="18"/>
              </w:rPr>
              <w:t>,00 zł</w:t>
            </w:r>
          </w:p>
        </w:tc>
        <w:tc>
          <w:tcPr>
            <w:tcW w:w="3475" w:type="dxa"/>
            <w:tcMar>
              <w:top w:w="65" w:type="dxa"/>
              <w:left w:w="85" w:type="dxa"/>
              <w:bottom w:w="65" w:type="dxa"/>
              <w:right w:w="85" w:type="dxa"/>
            </w:tcMar>
          </w:tcPr>
          <w:p w14:paraId="7D1BA005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8"/>
              </w:rPr>
              <w:t>483,00 zł</w:t>
            </w:r>
          </w:p>
        </w:tc>
      </w:tr>
    </w:tbl>
    <w:p w14:paraId="796E30C9" w14:textId="77777777" w:rsidR="00CC2853" w:rsidRPr="007D7443" w:rsidRDefault="00CC2853">
      <w:pPr>
        <w:spacing w:after="0"/>
      </w:pPr>
    </w:p>
    <w:p w14:paraId="13527D04" w14:textId="77777777" w:rsidR="00CC2853" w:rsidRPr="007D7443" w:rsidRDefault="00000000">
      <w:pPr>
        <w:spacing w:after="30"/>
      </w:pPr>
      <w:r w:rsidRPr="007D7443">
        <w:rPr>
          <w:b/>
          <w:sz w:val="24"/>
        </w:rPr>
        <w:t>OPŁATY ZA OBIADY POJEDYNCZE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CC2853" w:rsidRPr="007D7443" w14:paraId="4D396E71" w14:textId="77777777">
        <w:trPr>
          <w:jc w:val="center"/>
        </w:trPr>
        <w:tc>
          <w:tcPr>
            <w:tcW w:w="5213" w:type="dxa"/>
            <w:shd w:val="clear" w:color="auto" w:fill="F5F5F5"/>
            <w:tcMar>
              <w:top w:w="80" w:type="dxa"/>
              <w:left w:w="85" w:type="dxa"/>
              <w:bottom w:w="80" w:type="dxa"/>
              <w:right w:w="85" w:type="dxa"/>
            </w:tcMar>
          </w:tcPr>
          <w:p w14:paraId="5E92CECE" w14:textId="77777777" w:rsidR="00CC2853" w:rsidRPr="007D7443" w:rsidRDefault="00000000">
            <w:r w:rsidRPr="007D7443">
              <w:rPr>
                <w:sz w:val="19"/>
              </w:rPr>
              <w:t>Obiad dla dziecka</w:t>
            </w:r>
          </w:p>
        </w:tc>
        <w:tc>
          <w:tcPr>
            <w:tcW w:w="5213" w:type="dxa"/>
            <w:tcMar>
              <w:top w:w="80" w:type="dxa"/>
              <w:left w:w="85" w:type="dxa"/>
              <w:bottom w:w="80" w:type="dxa"/>
              <w:right w:w="85" w:type="dxa"/>
            </w:tcMar>
          </w:tcPr>
          <w:p w14:paraId="41149232" w14:textId="77777777" w:rsidR="00CC2853" w:rsidRPr="007D7443" w:rsidRDefault="00000000">
            <w:pPr>
              <w:jc w:val="center"/>
            </w:pPr>
            <w:r w:rsidRPr="007D7443">
              <w:rPr>
                <w:b/>
                <w:sz w:val="19"/>
              </w:rPr>
              <w:t>23,00 zł</w:t>
            </w:r>
          </w:p>
        </w:tc>
      </w:tr>
      <w:tr w:rsidR="00CC2853" w:rsidRPr="007D7443" w14:paraId="232BEF48" w14:textId="77777777">
        <w:trPr>
          <w:jc w:val="center"/>
        </w:trPr>
        <w:tc>
          <w:tcPr>
            <w:tcW w:w="5213" w:type="dxa"/>
            <w:shd w:val="clear" w:color="auto" w:fill="F5F5F5"/>
            <w:tcMar>
              <w:top w:w="80" w:type="dxa"/>
              <w:left w:w="85" w:type="dxa"/>
              <w:bottom w:w="80" w:type="dxa"/>
              <w:right w:w="85" w:type="dxa"/>
            </w:tcMar>
          </w:tcPr>
          <w:p w14:paraId="2F4EBC92" w14:textId="77777777" w:rsidR="00CC2853" w:rsidRPr="007D7443" w:rsidRDefault="00000000">
            <w:r w:rsidRPr="007D7443">
              <w:rPr>
                <w:sz w:val="19"/>
              </w:rPr>
              <w:t>Obiad dla osoby dorosłej</w:t>
            </w:r>
          </w:p>
        </w:tc>
        <w:tc>
          <w:tcPr>
            <w:tcW w:w="5213" w:type="dxa"/>
            <w:tcMar>
              <w:top w:w="80" w:type="dxa"/>
              <w:left w:w="85" w:type="dxa"/>
              <w:bottom w:w="80" w:type="dxa"/>
              <w:right w:w="85" w:type="dxa"/>
            </w:tcMar>
          </w:tcPr>
          <w:p w14:paraId="7AA4E681" w14:textId="6232316C" w:rsidR="00CC2853" w:rsidRPr="007D7443" w:rsidRDefault="00000000">
            <w:pPr>
              <w:jc w:val="center"/>
            </w:pPr>
            <w:r w:rsidRPr="007D7443">
              <w:rPr>
                <w:b/>
                <w:sz w:val="19"/>
              </w:rPr>
              <w:t>2</w:t>
            </w:r>
            <w:r w:rsidR="007D7443">
              <w:rPr>
                <w:b/>
                <w:sz w:val="19"/>
              </w:rPr>
              <w:t>7</w:t>
            </w:r>
            <w:r w:rsidRPr="007D7443">
              <w:rPr>
                <w:b/>
                <w:sz w:val="19"/>
              </w:rPr>
              <w:t>,00 zł</w:t>
            </w:r>
          </w:p>
        </w:tc>
      </w:tr>
    </w:tbl>
    <w:p w14:paraId="67875FEA" w14:textId="77777777" w:rsidR="00CC2853" w:rsidRPr="007D7443" w:rsidRDefault="00CC2853">
      <w:pPr>
        <w:spacing w:after="0"/>
      </w:pPr>
    </w:p>
    <w:p w14:paraId="4F778E24" w14:textId="77777777" w:rsidR="00CC2853" w:rsidRPr="007D7443" w:rsidRDefault="00000000">
      <w:pPr>
        <w:spacing w:after="90"/>
        <w:jc w:val="both"/>
      </w:pPr>
      <w:r w:rsidRPr="007D7443">
        <w:rPr>
          <w:b/>
          <w:sz w:val="20"/>
        </w:rPr>
        <w:t>Rodzice dzieci korzystających z obiadów finansowanych przez MOPS są zobowiązani do dostarczenia decyzji lub zaświadczenia od pracownika MOPS do dnia 04.09.2026 r. do godz. 10:00.</w:t>
      </w:r>
    </w:p>
    <w:p w14:paraId="41264821" w14:textId="67D7BA06" w:rsidR="00CC2853" w:rsidRDefault="007D7443" w:rsidP="007D7443">
      <w:pPr>
        <w:spacing w:after="0"/>
      </w:pPr>
      <w:r w:rsidRPr="007D7443">
        <w:rPr>
          <w:b/>
          <w:sz w:val="22"/>
        </w:rPr>
        <w:br/>
        <w:t>*</w:t>
      </w:r>
      <w:r w:rsidR="00000000" w:rsidRPr="007D7443">
        <w:rPr>
          <w:b/>
          <w:sz w:val="22"/>
        </w:rPr>
        <w:t>ODBIÓR OBIADÓW NA WYNOS</w:t>
      </w:r>
      <w:r w:rsidRPr="007D7443">
        <w:rPr>
          <w:b/>
          <w:sz w:val="22"/>
        </w:rPr>
        <w:t xml:space="preserve"> </w:t>
      </w:r>
      <w:r w:rsidR="00000000" w:rsidRPr="007D7443">
        <w:rPr>
          <w:sz w:val="19"/>
        </w:rPr>
        <w:t>od strony wejścia do kuchni, za zieloną bramą wjazdową</w:t>
      </w:r>
    </w:p>
    <w:sectPr w:rsidR="00CC2853" w:rsidSect="00F4436D">
      <w:pgSz w:w="12240" w:h="15840"/>
      <w:pgMar w:top="142" w:right="474" w:bottom="142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0376455">
    <w:abstractNumId w:val="8"/>
  </w:num>
  <w:num w:numId="2" w16cid:durableId="1239360115">
    <w:abstractNumId w:val="6"/>
  </w:num>
  <w:num w:numId="3" w16cid:durableId="2039962453">
    <w:abstractNumId w:val="5"/>
  </w:num>
  <w:num w:numId="4" w16cid:durableId="508174944">
    <w:abstractNumId w:val="4"/>
  </w:num>
  <w:num w:numId="5" w16cid:durableId="316811856">
    <w:abstractNumId w:val="7"/>
  </w:num>
  <w:num w:numId="6" w16cid:durableId="937100979">
    <w:abstractNumId w:val="3"/>
  </w:num>
  <w:num w:numId="7" w16cid:durableId="83764810">
    <w:abstractNumId w:val="2"/>
  </w:num>
  <w:num w:numId="8" w16cid:durableId="756101904">
    <w:abstractNumId w:val="1"/>
  </w:num>
  <w:num w:numId="9" w16cid:durableId="39184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931"/>
    <w:rsid w:val="0006063C"/>
    <w:rsid w:val="0015074B"/>
    <w:rsid w:val="0029639D"/>
    <w:rsid w:val="00326F90"/>
    <w:rsid w:val="007D7443"/>
    <w:rsid w:val="00813721"/>
    <w:rsid w:val="00AA1D8D"/>
    <w:rsid w:val="00B47730"/>
    <w:rsid w:val="00C42A47"/>
    <w:rsid w:val="00CB0664"/>
    <w:rsid w:val="00CC2853"/>
    <w:rsid w:val="00F443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6F54C0"/>
  <w14:defaultImageDpi w14:val="300"/>
  <w15:docId w15:val="{050B8A61-4444-4338-BF4C-8D52A496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Dorota Bobek</cp:lastModifiedBy>
  <cp:revision>3</cp:revision>
  <dcterms:created xsi:type="dcterms:W3CDTF">2026-08-24T06:10:00Z</dcterms:created>
  <dcterms:modified xsi:type="dcterms:W3CDTF">2026-08-24T14:09:00Z</dcterms:modified>
  <cp:category/>
</cp:coreProperties>
</file>