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EAD3D" w14:textId="366B3788" w:rsidR="003721B2" w:rsidRPr="00075A97" w:rsidRDefault="00000000" w:rsidP="00467914">
      <w:pPr>
        <w:spacing w:after="20"/>
        <w:jc w:val="center"/>
      </w:pPr>
      <w:r w:rsidRPr="00075A97">
        <w:rPr>
          <w:b/>
          <w:sz w:val="30"/>
        </w:rPr>
        <w:t xml:space="preserve">KARTA ZGŁOSZENIA </w:t>
      </w:r>
      <w:r w:rsidR="00467914" w:rsidRPr="00075A97">
        <w:rPr>
          <w:b/>
          <w:sz w:val="30"/>
        </w:rPr>
        <w:br/>
      </w:r>
      <w:r w:rsidRPr="00075A97">
        <w:rPr>
          <w:b/>
          <w:sz w:val="26"/>
        </w:rPr>
        <w:t>NA POSIŁKI W STOŁÓWCE SZKOLNEJ DK SMAKU</w:t>
      </w:r>
    </w:p>
    <w:p w14:paraId="6538CD1B" w14:textId="77777777" w:rsidR="003721B2" w:rsidRPr="00075A97" w:rsidRDefault="00000000">
      <w:pPr>
        <w:spacing w:after="160"/>
        <w:jc w:val="center"/>
      </w:pPr>
      <w:r w:rsidRPr="00075A97">
        <w:rPr>
          <w:b/>
          <w:sz w:val="21"/>
        </w:rPr>
        <w:t>Rok szkolny: ………………………………………</w:t>
      </w:r>
    </w:p>
    <w:p w14:paraId="4F217DBE" w14:textId="77777777" w:rsidR="003721B2" w:rsidRPr="00075A97" w:rsidRDefault="00000000">
      <w:pPr>
        <w:spacing w:after="140"/>
        <w:jc w:val="both"/>
      </w:pPr>
      <w:r w:rsidRPr="00075A97">
        <w:t>Złożenie niniejszej deklaracji jest jednoznaczne ze zgłoszeniem dziecka do korzystania z posiłków w stołówce szkolnej DK Smaku przez cały rok szkolny, do momentu złożenia rezygnacji zgodnie z zasadami określonymi poniżej.</w:t>
      </w:r>
    </w:p>
    <w:p w14:paraId="52E1C24E" w14:textId="77777777" w:rsidR="003721B2" w:rsidRPr="00075A97" w:rsidRDefault="00000000">
      <w:pPr>
        <w:spacing w:before="40" w:after="80"/>
      </w:pPr>
      <w:r w:rsidRPr="00075A97">
        <w:rPr>
          <w:b/>
          <w:sz w:val="22"/>
        </w:rPr>
        <w:t>DANE UCZNIA / UCZNIÓW</w:t>
      </w:r>
    </w:p>
    <w:p w14:paraId="39E813D6" w14:textId="77777777" w:rsidR="003721B2" w:rsidRPr="00075A97" w:rsidRDefault="00000000">
      <w:pPr>
        <w:spacing w:after="80"/>
      </w:pPr>
      <w:r w:rsidRPr="00075A97">
        <w:t>Proszę o wpisanie na listę osób korzystających z posiłków mojego dziecka / moich dzieci: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7951"/>
        <w:gridCol w:w="2934"/>
      </w:tblGrid>
      <w:tr w:rsidR="003721B2" w:rsidRPr="00075A97" w14:paraId="7DDDA68E" w14:textId="77777777" w:rsidTr="00610279">
        <w:trPr>
          <w:jc w:val="center"/>
        </w:trPr>
        <w:tc>
          <w:tcPr>
            <w:tcW w:w="421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DC8FE" w14:textId="77777777" w:rsidR="003721B2" w:rsidRPr="00075A97" w:rsidRDefault="00000000">
            <w:pPr>
              <w:jc w:val="center"/>
            </w:pPr>
            <w:r w:rsidRPr="00075A97">
              <w:rPr>
                <w:b/>
                <w:sz w:val="19"/>
              </w:rPr>
              <w:t>Lp.</w:t>
            </w:r>
          </w:p>
        </w:tc>
        <w:tc>
          <w:tcPr>
            <w:tcW w:w="7970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4805B" w14:textId="42281D98" w:rsidR="003721B2" w:rsidRPr="00075A97" w:rsidRDefault="00000000">
            <w:pPr>
              <w:jc w:val="center"/>
            </w:pPr>
            <w:r w:rsidRPr="00075A97">
              <w:rPr>
                <w:b/>
                <w:sz w:val="19"/>
              </w:rPr>
              <w:t xml:space="preserve">Imię i nazwisko ucznia, </w:t>
            </w:r>
            <w:r w:rsidR="000E7F4E" w:rsidRPr="00075A97">
              <w:rPr>
                <w:b/>
                <w:sz w:val="19"/>
              </w:rPr>
              <w:t>KLASA</w:t>
            </w:r>
          </w:p>
        </w:tc>
        <w:tc>
          <w:tcPr>
            <w:tcW w:w="2939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CF2DB" w14:textId="77777777" w:rsidR="003721B2" w:rsidRPr="00075A97" w:rsidRDefault="00000000">
            <w:pPr>
              <w:jc w:val="center"/>
            </w:pPr>
            <w:r w:rsidRPr="00075A97">
              <w:rPr>
                <w:b/>
                <w:sz w:val="19"/>
              </w:rPr>
              <w:t>Począwszy od dnia</w:t>
            </w:r>
          </w:p>
        </w:tc>
      </w:tr>
      <w:tr w:rsidR="003721B2" w:rsidRPr="00075A97" w14:paraId="553E625C" w14:textId="77777777" w:rsidTr="00610279">
        <w:trPr>
          <w:jc w:val="center"/>
        </w:trPr>
        <w:tc>
          <w:tcPr>
            <w:tcW w:w="42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B4B7E1D" w14:textId="77777777" w:rsidR="003721B2" w:rsidRPr="00075A97" w:rsidRDefault="00000000">
            <w:pPr>
              <w:jc w:val="center"/>
            </w:pPr>
            <w:r w:rsidRPr="00075A97">
              <w:t>1</w:t>
            </w:r>
          </w:p>
        </w:tc>
        <w:tc>
          <w:tcPr>
            <w:tcW w:w="797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31E0FF" w14:textId="77777777" w:rsidR="003721B2" w:rsidRPr="00075A97" w:rsidRDefault="00000000" w:rsidP="00467914">
            <w:pPr>
              <w:ind w:left="-730"/>
            </w:pPr>
            <w:r w:rsidRPr="00075A97">
              <w:br/>
            </w:r>
          </w:p>
        </w:tc>
        <w:tc>
          <w:tcPr>
            <w:tcW w:w="2939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9174E5" w14:textId="77777777" w:rsidR="003721B2" w:rsidRPr="00075A97" w:rsidRDefault="00000000">
            <w:pPr>
              <w:jc w:val="center"/>
            </w:pPr>
            <w:r w:rsidRPr="00075A97">
              <w:br/>
            </w:r>
          </w:p>
        </w:tc>
      </w:tr>
      <w:tr w:rsidR="003721B2" w:rsidRPr="00075A97" w14:paraId="1D18196F" w14:textId="77777777" w:rsidTr="00610279">
        <w:trPr>
          <w:jc w:val="center"/>
        </w:trPr>
        <w:tc>
          <w:tcPr>
            <w:tcW w:w="42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505636" w14:textId="77777777" w:rsidR="003721B2" w:rsidRPr="00075A97" w:rsidRDefault="00000000">
            <w:pPr>
              <w:jc w:val="center"/>
            </w:pPr>
            <w:r w:rsidRPr="00075A97">
              <w:t>2</w:t>
            </w:r>
          </w:p>
        </w:tc>
        <w:tc>
          <w:tcPr>
            <w:tcW w:w="797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60839F3" w14:textId="77777777" w:rsidR="003721B2" w:rsidRPr="00075A97" w:rsidRDefault="00000000">
            <w:r w:rsidRPr="00075A97">
              <w:br/>
            </w:r>
          </w:p>
        </w:tc>
        <w:tc>
          <w:tcPr>
            <w:tcW w:w="2939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A3DB13" w14:textId="77777777" w:rsidR="003721B2" w:rsidRPr="00075A97" w:rsidRDefault="00000000">
            <w:pPr>
              <w:jc w:val="center"/>
            </w:pPr>
            <w:r w:rsidRPr="00075A97">
              <w:br/>
            </w:r>
          </w:p>
        </w:tc>
      </w:tr>
      <w:tr w:rsidR="003721B2" w:rsidRPr="00075A97" w14:paraId="1C50D04C" w14:textId="77777777" w:rsidTr="00610279">
        <w:trPr>
          <w:jc w:val="center"/>
        </w:trPr>
        <w:tc>
          <w:tcPr>
            <w:tcW w:w="42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946D46" w14:textId="77777777" w:rsidR="003721B2" w:rsidRPr="00075A97" w:rsidRDefault="00000000">
            <w:pPr>
              <w:jc w:val="center"/>
            </w:pPr>
            <w:r w:rsidRPr="00075A97">
              <w:t>3</w:t>
            </w:r>
          </w:p>
        </w:tc>
        <w:tc>
          <w:tcPr>
            <w:tcW w:w="797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930E7E1" w14:textId="77777777" w:rsidR="003721B2" w:rsidRPr="00075A97" w:rsidRDefault="00000000">
            <w:r w:rsidRPr="00075A97">
              <w:br/>
            </w:r>
          </w:p>
        </w:tc>
        <w:tc>
          <w:tcPr>
            <w:tcW w:w="2939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3C673A" w14:textId="77777777" w:rsidR="003721B2" w:rsidRPr="00075A97" w:rsidRDefault="00000000">
            <w:pPr>
              <w:jc w:val="center"/>
            </w:pPr>
            <w:r w:rsidRPr="00075A97">
              <w:br/>
            </w:r>
          </w:p>
        </w:tc>
      </w:tr>
    </w:tbl>
    <w:p w14:paraId="4745CB5D" w14:textId="01C1B1D7" w:rsidR="003721B2" w:rsidRPr="00075A97" w:rsidRDefault="00467914" w:rsidP="00467914">
      <w:pPr>
        <w:spacing w:after="40"/>
      </w:pPr>
      <w:r w:rsidRPr="00075A97">
        <w:rPr>
          <w:b/>
          <w:sz w:val="22"/>
        </w:rPr>
        <w:br/>
        <w:t>DANE KONTAKTOWE RODZICA / OPIEKUNA PRAWNEGO (</w:t>
      </w:r>
      <w:r w:rsidRPr="00075A97">
        <w:rPr>
          <w:b/>
        </w:rPr>
        <w:t>PROSIMY WYPEŁNIĆ DRUKOWANYMI LITERAMI)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38"/>
        <w:gridCol w:w="8858"/>
      </w:tblGrid>
      <w:tr w:rsidR="003721B2" w:rsidRPr="00075A97" w14:paraId="4AE48E76" w14:textId="77777777" w:rsidTr="00467914">
        <w:trPr>
          <w:jc w:val="center"/>
        </w:trPr>
        <w:tc>
          <w:tcPr>
            <w:tcW w:w="2338" w:type="dxa"/>
            <w:shd w:val="clear" w:color="auto" w:fill="F4F4F4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977DAF" w14:textId="77777777" w:rsidR="003721B2" w:rsidRPr="00075A97" w:rsidRDefault="00000000">
            <w:r w:rsidRPr="00075A97">
              <w:rPr>
                <w:b/>
                <w:sz w:val="19"/>
              </w:rPr>
              <w:t>Adres e-mail</w:t>
            </w:r>
          </w:p>
        </w:tc>
        <w:tc>
          <w:tcPr>
            <w:tcW w:w="885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BD86AD" w14:textId="77777777" w:rsidR="003721B2" w:rsidRPr="00075A97" w:rsidRDefault="00000000">
            <w:r w:rsidRPr="00075A97">
              <w:rPr>
                <w:sz w:val="19"/>
              </w:rPr>
              <w:t xml:space="preserve"> </w:t>
            </w:r>
          </w:p>
        </w:tc>
      </w:tr>
      <w:tr w:rsidR="003721B2" w:rsidRPr="00075A97" w14:paraId="2368C8CB" w14:textId="77777777" w:rsidTr="00467914">
        <w:trPr>
          <w:jc w:val="center"/>
        </w:trPr>
        <w:tc>
          <w:tcPr>
            <w:tcW w:w="2338" w:type="dxa"/>
            <w:shd w:val="clear" w:color="auto" w:fill="F4F4F4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3A291F" w14:textId="77777777" w:rsidR="003721B2" w:rsidRPr="00075A97" w:rsidRDefault="00000000">
            <w:r w:rsidRPr="00075A97">
              <w:rPr>
                <w:b/>
                <w:sz w:val="19"/>
              </w:rPr>
              <w:t>Telefon kontaktowy nr 1</w:t>
            </w:r>
          </w:p>
        </w:tc>
        <w:tc>
          <w:tcPr>
            <w:tcW w:w="885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486572" w14:textId="77777777" w:rsidR="003721B2" w:rsidRPr="00075A97" w:rsidRDefault="00000000">
            <w:r w:rsidRPr="00075A97">
              <w:rPr>
                <w:sz w:val="19"/>
              </w:rPr>
              <w:t xml:space="preserve"> </w:t>
            </w:r>
          </w:p>
        </w:tc>
      </w:tr>
      <w:tr w:rsidR="003721B2" w:rsidRPr="00075A97" w14:paraId="5E43A291" w14:textId="77777777" w:rsidTr="00467914">
        <w:trPr>
          <w:jc w:val="center"/>
        </w:trPr>
        <w:tc>
          <w:tcPr>
            <w:tcW w:w="2338" w:type="dxa"/>
            <w:shd w:val="clear" w:color="auto" w:fill="F4F4F4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EBC953" w14:textId="77777777" w:rsidR="003721B2" w:rsidRPr="00075A97" w:rsidRDefault="00000000">
            <w:r w:rsidRPr="00075A97">
              <w:rPr>
                <w:b/>
                <w:sz w:val="19"/>
              </w:rPr>
              <w:t>Telefon kontaktowy nr 2</w:t>
            </w:r>
          </w:p>
        </w:tc>
        <w:tc>
          <w:tcPr>
            <w:tcW w:w="885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9723C2" w14:textId="77777777" w:rsidR="003721B2" w:rsidRPr="00075A97" w:rsidRDefault="00000000">
            <w:r w:rsidRPr="00075A97">
              <w:rPr>
                <w:sz w:val="19"/>
              </w:rPr>
              <w:t xml:space="preserve"> </w:t>
            </w:r>
          </w:p>
        </w:tc>
      </w:tr>
    </w:tbl>
    <w:p w14:paraId="68317190" w14:textId="2B73BDF8" w:rsidR="003721B2" w:rsidRPr="00075A97" w:rsidRDefault="00467914">
      <w:pPr>
        <w:spacing w:after="80"/>
      </w:pPr>
      <w:r w:rsidRPr="00075A97">
        <w:rPr>
          <w:b/>
          <w:sz w:val="22"/>
        </w:rPr>
        <w:br/>
        <w:t>ZASADY KORZYSTANIA Z POSIŁKÓW</w:t>
      </w:r>
    </w:p>
    <w:p w14:paraId="36678757" w14:textId="465D1A59" w:rsidR="002B6322" w:rsidRPr="00075A97" w:rsidRDefault="00000000" w:rsidP="002B6322">
      <w:pPr>
        <w:spacing w:after="60"/>
      </w:pPr>
      <w:r w:rsidRPr="00075A97">
        <w:rPr>
          <w:b/>
        </w:rPr>
        <w:t>1. Rezygnacja z posiłków</w:t>
      </w:r>
      <w:r w:rsidRPr="00075A97">
        <w:rPr>
          <w:b/>
        </w:rPr>
        <w:br/>
      </w:r>
      <w:r w:rsidRPr="00075A97">
        <w:t xml:space="preserve">W przypadku rezygnacji z obiadów zobowiązuję się do złożenia rezygnacji </w:t>
      </w:r>
      <w:r w:rsidRPr="00075A97">
        <w:rPr>
          <w:b/>
        </w:rPr>
        <w:t>w formie pisemnej lub mailowej</w:t>
      </w:r>
      <w:r w:rsidRPr="00075A97">
        <w:t xml:space="preserve"> na adres: </w:t>
      </w:r>
      <w:r w:rsidRPr="00075A97">
        <w:rPr>
          <w:b/>
        </w:rPr>
        <w:t>dksmaku@gmail.com</w:t>
      </w:r>
      <w:r w:rsidRPr="00075A97">
        <w:t xml:space="preserve"> najpóźniej </w:t>
      </w:r>
      <w:r w:rsidRPr="00075A97">
        <w:rPr>
          <w:b/>
        </w:rPr>
        <w:t>2 dni przed planowanym zakończeniem korzystania z posiłków w stołówce szkolnej.</w:t>
      </w:r>
      <w:r w:rsidR="00467914" w:rsidRPr="00075A97">
        <w:rPr>
          <w:b/>
        </w:rPr>
        <w:br/>
      </w:r>
      <w:r w:rsidRPr="00075A97">
        <w:rPr>
          <w:b/>
        </w:rPr>
        <w:t>2. Płatności</w:t>
      </w:r>
      <w:r w:rsidRPr="00075A97">
        <w:rPr>
          <w:b/>
        </w:rPr>
        <w:br/>
      </w:r>
      <w:r w:rsidRPr="00075A97">
        <w:t xml:space="preserve">Zobowiązuję się do regularnego i terminowego dokonywania opłat za obiady zgodnie z zasadami określonymi w </w:t>
      </w:r>
      <w:r w:rsidRPr="00075A97">
        <w:rPr>
          <w:b/>
        </w:rPr>
        <w:t>Regulaminie funkcjonowania Stołówki Szkolnej DK Smaku</w:t>
      </w:r>
      <w:r w:rsidRPr="00075A97">
        <w:t xml:space="preserve">. Opłat należy dokonywać zgodnie z indywidualnie wyliczoną kwotą podaną w </w:t>
      </w:r>
      <w:r w:rsidRPr="00075A97">
        <w:rPr>
          <w:b/>
        </w:rPr>
        <w:t>Portalu Rodzica.</w:t>
      </w:r>
      <w:r w:rsidR="00467914" w:rsidRPr="00075A97">
        <w:rPr>
          <w:b/>
        </w:rPr>
        <w:br/>
      </w:r>
      <w:r w:rsidRPr="00075A97">
        <w:rPr>
          <w:b/>
        </w:rPr>
        <w:t>3. Rachunek bankowy</w:t>
      </w:r>
      <w:r w:rsidRPr="00075A97">
        <w:rPr>
          <w:b/>
        </w:rPr>
        <w:br/>
      </w:r>
      <w:r w:rsidRPr="00075A97">
        <w:t xml:space="preserve">Płatności należy dokonywać na rachunek: </w:t>
      </w:r>
      <w:r w:rsidRPr="00075A97">
        <w:rPr>
          <w:b/>
        </w:rPr>
        <w:t>DK Smaku – mBank, 40 1140 2004 0000 3802 8265 8900.</w:t>
      </w:r>
      <w:r w:rsidRPr="00075A97">
        <w:t xml:space="preserve"> W tytule przelewu należy podać: </w:t>
      </w:r>
      <w:r w:rsidRPr="00075A97">
        <w:rPr>
          <w:b/>
        </w:rPr>
        <w:t>imię i nazwisko ucznia oraz klasę.</w:t>
      </w:r>
      <w:r w:rsidR="00467914" w:rsidRPr="00075A97">
        <w:rPr>
          <w:b/>
        </w:rPr>
        <w:br/>
      </w:r>
      <w:r w:rsidRPr="00075A97">
        <w:rPr>
          <w:b/>
        </w:rPr>
        <w:t>4. Zgłaszanie nieobecności</w:t>
      </w:r>
      <w:r w:rsidRPr="00075A97">
        <w:rPr>
          <w:b/>
        </w:rPr>
        <w:br/>
      </w:r>
      <w:r w:rsidRPr="00075A97">
        <w:t xml:space="preserve">W przypadku nieobecności dziecka zobowiązuję się do zgłoszenia tego faktu poprzez </w:t>
      </w:r>
      <w:r w:rsidRPr="00075A97">
        <w:rPr>
          <w:b/>
        </w:rPr>
        <w:t>Portal Rodzica</w:t>
      </w:r>
      <w:r w:rsidRPr="00075A97">
        <w:t xml:space="preserve"> lub SMS-em pod numer </w:t>
      </w:r>
      <w:r w:rsidRPr="00075A97">
        <w:rPr>
          <w:b/>
        </w:rPr>
        <w:t>798 813 356</w:t>
      </w:r>
      <w:r w:rsidRPr="00075A97">
        <w:t xml:space="preserve"> najpóźniej </w:t>
      </w:r>
      <w:r w:rsidRPr="00075A97">
        <w:rPr>
          <w:b/>
        </w:rPr>
        <w:t>do godz. 8:00 w dniu, w którym dziecko ma korzystać z posiłku.</w:t>
      </w:r>
      <w:r w:rsidR="00467914" w:rsidRPr="00075A97">
        <w:rPr>
          <w:b/>
        </w:rPr>
        <w:br/>
      </w:r>
      <w:r w:rsidRPr="00075A97">
        <w:rPr>
          <w:b/>
        </w:rPr>
        <w:t>5. Brak lub spóźnione zgłoszenie nieobecności</w:t>
      </w:r>
      <w:r w:rsidRPr="00075A97">
        <w:rPr>
          <w:b/>
        </w:rPr>
        <w:br/>
      </w:r>
      <w:r w:rsidRPr="00075A97">
        <w:t xml:space="preserve">Mam świadomość, że nieobecność zgłoszona </w:t>
      </w:r>
      <w:r w:rsidRPr="00075A97">
        <w:rPr>
          <w:b/>
        </w:rPr>
        <w:t>po godz. 8:00</w:t>
      </w:r>
      <w:r w:rsidRPr="00075A97">
        <w:t xml:space="preserve"> lub brak zgłoszenia nieobecności skutkuje przygotowaniem posiłku dla dziecka, a tym samym </w:t>
      </w:r>
      <w:r w:rsidRPr="00075A97">
        <w:rPr>
          <w:b/>
        </w:rPr>
        <w:t>obowiązkiem uregulowania opłaty za ten dzień.</w:t>
      </w:r>
      <w:r w:rsidR="00467914" w:rsidRPr="00075A97">
        <w:rPr>
          <w:b/>
        </w:rPr>
        <w:br/>
      </w:r>
      <w:r w:rsidRPr="00075A97">
        <w:rPr>
          <w:b/>
        </w:rPr>
        <w:t>6. Regulamin</w:t>
      </w:r>
      <w:r w:rsidRPr="00075A97">
        <w:rPr>
          <w:b/>
        </w:rPr>
        <w:br/>
      </w:r>
      <w:r w:rsidRPr="00075A97">
        <w:t>Oświadczam, że zapoznałem/</w:t>
      </w:r>
      <w:proofErr w:type="spellStart"/>
      <w:r w:rsidRPr="00075A97">
        <w:t>am</w:t>
      </w:r>
      <w:proofErr w:type="spellEnd"/>
      <w:r w:rsidRPr="00075A97">
        <w:t xml:space="preserve"> się z </w:t>
      </w:r>
      <w:r w:rsidRPr="00075A97">
        <w:rPr>
          <w:b/>
        </w:rPr>
        <w:t>Regulaminem funkcjonowania Stołówki Szkolnej DK Smaku</w:t>
      </w:r>
      <w:r w:rsidRPr="00075A97">
        <w:t xml:space="preserve"> i zobowiązuję się do jego przestrzegania. Regulamin dostępny jest na stronie internetowej Szkoły oraz na tablicy ogłoszeń Stołówki Szkolnej.</w:t>
      </w:r>
      <w:r w:rsidR="000E7F4E" w:rsidRPr="00075A97">
        <w:br/>
      </w:r>
      <w:r w:rsidR="002B6322" w:rsidRPr="00075A97">
        <w:rPr>
          <w:b/>
          <w:bCs/>
        </w:rPr>
        <w:t>OCHRONA DANYCH OSOBOWYCH</w:t>
      </w:r>
      <w:r w:rsidR="000E7F4E" w:rsidRPr="00075A97">
        <w:rPr>
          <w:b/>
          <w:bCs/>
        </w:rPr>
        <w:br/>
      </w:r>
      <w:r w:rsidR="002B6322" w:rsidRPr="00075A97">
        <w:t>Oświadczam, że zostałem/</w:t>
      </w:r>
      <w:proofErr w:type="spellStart"/>
      <w:r w:rsidR="002B6322" w:rsidRPr="00075A97">
        <w:t>am</w:t>
      </w:r>
      <w:proofErr w:type="spellEnd"/>
      <w:r w:rsidR="002B6322" w:rsidRPr="00075A97">
        <w:t xml:space="preserve"> poinformowany/a, iż dane osobowe podane w niniejszej karcie będą przetwarzane w zakresie niezbędnym do organizacji i rozliczania korzystania przez dziecko z posiłków w Stołówce Szkolnej DK Smaku.</w:t>
      </w:r>
      <w:r w:rsidR="002B6322" w:rsidRPr="00075A97">
        <w:br/>
        <w:t>Dane osobowe będą przetwarzane zgodnie z obowiązującymi przepisami dotyczącymi ochrony danych osobowych, w szczególności Rozporządzeniem Parlamentu Europejskiego i Rady (UE) 2016/679 z dnia 27 kwietnia 2016 r. (RODO).</w:t>
      </w:r>
      <w:r w:rsidR="002B6322" w:rsidRPr="00075A97">
        <w:br/>
      </w:r>
    </w:p>
    <w:p w14:paraId="79CD4660" w14:textId="4C8C8CEC" w:rsidR="002B6322" w:rsidRPr="00075A97" w:rsidRDefault="002B6322" w:rsidP="002B6322">
      <w:pPr>
        <w:spacing w:after="60"/>
        <w:ind w:firstLine="720"/>
        <w:jc w:val="both"/>
      </w:pPr>
      <w:r w:rsidRPr="00075A97">
        <w:t>Miejscowość i data:</w:t>
      </w:r>
      <w:r w:rsidRPr="00075A97">
        <w:tab/>
      </w:r>
      <w:r w:rsidRPr="00075A97">
        <w:tab/>
      </w:r>
      <w:r w:rsidRPr="00075A97">
        <w:tab/>
      </w:r>
      <w:r w:rsidRPr="00075A97">
        <w:tab/>
      </w:r>
      <w:r w:rsidRPr="00075A97">
        <w:tab/>
        <w:t>Czytelny podpis rodzica / opiekuna prawnego:</w:t>
      </w:r>
    </w:p>
    <w:p w14:paraId="69BA8A2F" w14:textId="77777777" w:rsidR="002B6322" w:rsidRPr="00075A97" w:rsidRDefault="002B6322" w:rsidP="002B6322">
      <w:pPr>
        <w:spacing w:after="60"/>
      </w:pPr>
    </w:p>
    <w:p w14:paraId="6AE8D889" w14:textId="2B73A8A1" w:rsidR="003721B2" w:rsidRDefault="002B6322" w:rsidP="002B6322">
      <w:pPr>
        <w:spacing w:after="60"/>
      </w:pPr>
      <w:r w:rsidRPr="00075A97">
        <w:t>............................................................</w:t>
      </w:r>
      <w:r w:rsidRPr="00075A97">
        <w:tab/>
      </w:r>
      <w:r w:rsidRPr="00075A97">
        <w:tab/>
      </w:r>
      <w:r w:rsidRPr="00075A97">
        <w:tab/>
        <w:t>....................................................................................................</w:t>
      </w:r>
    </w:p>
    <w:sectPr w:rsidR="003721B2" w:rsidSect="00467914">
      <w:pgSz w:w="12240" w:h="15840"/>
      <w:pgMar w:top="142" w:right="474" w:bottom="0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D123D" w14:textId="77777777" w:rsidR="00FF5B0C" w:rsidRPr="00075A97" w:rsidRDefault="00FF5B0C">
      <w:pPr>
        <w:spacing w:after="0" w:line="240" w:lineRule="auto"/>
      </w:pPr>
      <w:r w:rsidRPr="00075A97">
        <w:separator/>
      </w:r>
    </w:p>
  </w:endnote>
  <w:endnote w:type="continuationSeparator" w:id="0">
    <w:p w14:paraId="780190BF" w14:textId="77777777" w:rsidR="00FF5B0C" w:rsidRPr="00075A97" w:rsidRDefault="00FF5B0C">
      <w:pPr>
        <w:spacing w:after="0" w:line="240" w:lineRule="auto"/>
      </w:pPr>
      <w:r w:rsidRPr="00075A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ABCB2" w14:textId="77777777" w:rsidR="00FF5B0C" w:rsidRPr="00075A97" w:rsidRDefault="00FF5B0C">
      <w:pPr>
        <w:spacing w:after="0" w:line="240" w:lineRule="auto"/>
      </w:pPr>
      <w:r w:rsidRPr="00075A97">
        <w:separator/>
      </w:r>
    </w:p>
  </w:footnote>
  <w:footnote w:type="continuationSeparator" w:id="0">
    <w:p w14:paraId="5D268C69" w14:textId="77777777" w:rsidR="00FF5B0C" w:rsidRPr="00075A97" w:rsidRDefault="00FF5B0C">
      <w:pPr>
        <w:spacing w:after="0" w:line="240" w:lineRule="auto"/>
      </w:pPr>
      <w:r w:rsidRPr="00075A9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7295393">
    <w:abstractNumId w:val="8"/>
  </w:num>
  <w:num w:numId="2" w16cid:durableId="195000249">
    <w:abstractNumId w:val="6"/>
  </w:num>
  <w:num w:numId="3" w16cid:durableId="1917519885">
    <w:abstractNumId w:val="5"/>
  </w:num>
  <w:num w:numId="4" w16cid:durableId="884947485">
    <w:abstractNumId w:val="4"/>
  </w:num>
  <w:num w:numId="5" w16cid:durableId="653752965">
    <w:abstractNumId w:val="7"/>
  </w:num>
  <w:num w:numId="6" w16cid:durableId="1251619739">
    <w:abstractNumId w:val="3"/>
  </w:num>
  <w:num w:numId="7" w16cid:durableId="1629430757">
    <w:abstractNumId w:val="2"/>
  </w:num>
  <w:num w:numId="8" w16cid:durableId="1653944424">
    <w:abstractNumId w:val="1"/>
  </w:num>
  <w:num w:numId="9" w16cid:durableId="141389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A97"/>
    <w:rsid w:val="000E7F4E"/>
    <w:rsid w:val="00100770"/>
    <w:rsid w:val="0015074B"/>
    <w:rsid w:val="0029639D"/>
    <w:rsid w:val="002B6322"/>
    <w:rsid w:val="00326F90"/>
    <w:rsid w:val="003721B2"/>
    <w:rsid w:val="00467914"/>
    <w:rsid w:val="00610279"/>
    <w:rsid w:val="00A64A1C"/>
    <w:rsid w:val="00AA1D8D"/>
    <w:rsid w:val="00B47730"/>
    <w:rsid w:val="00B87C1B"/>
    <w:rsid w:val="00CB0664"/>
    <w:rsid w:val="00FC693F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88E87"/>
  <w14:defaultImageDpi w14:val="300"/>
  <w15:docId w15:val="{A77C53FD-0104-423F-AB0E-DB878E1C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2B63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397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Dorota Bobek</cp:lastModifiedBy>
  <cp:revision>5</cp:revision>
  <dcterms:created xsi:type="dcterms:W3CDTF">2026-08-24T05:59:00Z</dcterms:created>
  <dcterms:modified xsi:type="dcterms:W3CDTF">2026-08-24T08:57:00Z</dcterms:modified>
  <cp:category/>
</cp:coreProperties>
</file>